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42BBF" w14:textId="60AE9274" w:rsidR="00F53B32" w:rsidRDefault="00000000">
      <w:pPr>
        <w:jc w:val="center"/>
        <w:rPr>
          <w:lang w:eastAsia="ja-JP"/>
        </w:rPr>
      </w:pPr>
      <w:r>
        <w:rPr>
          <w:b/>
          <w:sz w:val="36"/>
          <w:lang w:eastAsia="ja-JP"/>
        </w:rPr>
        <w:t>問診票</w:t>
      </w:r>
    </w:p>
    <w:p w14:paraId="794F191F" w14:textId="77777777" w:rsidR="00F53B32" w:rsidRDefault="00000000">
      <w:pPr>
        <w:rPr>
          <w:lang w:eastAsia="ja-JP"/>
        </w:rPr>
      </w:pPr>
      <w:r>
        <w:rPr>
          <w:lang w:eastAsia="ja-JP"/>
        </w:rPr>
        <w:t>※</w:t>
      </w:r>
      <w:r>
        <w:rPr>
          <w:lang w:eastAsia="ja-JP"/>
        </w:rPr>
        <w:t>安全に施術を行うため、現在のお身体の状態についてお伺いします。</w:t>
      </w:r>
    </w:p>
    <w:p w14:paraId="39CCA97E" w14:textId="77E3B66C" w:rsidR="00F53B32" w:rsidRDefault="00C76BBA">
      <w:pPr>
        <w:rPr>
          <w:lang w:eastAsia="ja-JP"/>
        </w:rPr>
      </w:pPr>
      <w:r>
        <w:rPr>
          <w:rFonts w:hint="eastAsia"/>
          <w:lang w:eastAsia="ja-JP"/>
        </w:rPr>
        <w:t>※可能な範囲でご記入いただければと思います。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1562E6" w14:paraId="68ACD663" w14:textId="77777777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C5D52DD" w14:textId="77777777" w:rsidR="001562E6" w:rsidRDefault="00000000">
            <w:pPr>
              <w:spacing w:after="0" w:line="240" w:lineRule="auto"/>
            </w:pPr>
            <w:r>
              <w:t>フリガナ</w:t>
            </w:r>
          </w:p>
        </w:tc>
        <w:tc>
          <w:tcPr>
            <w:tcW w:w="64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340B65D" w14:textId="77777777" w:rsidR="001562E6" w:rsidRDefault="00000000">
            <w:pPr>
              <w:spacing w:after="0" w:line="240" w:lineRule="auto"/>
            </w:pPr>
            <w:r>
              <w:t xml:space="preserve">　　　　　　　　　　　　　　　　　　　　　　　　　</w:t>
            </w:r>
          </w:p>
          <w:p w14:paraId="54A0CB9A" w14:textId="77777777" w:rsidR="001562E6" w:rsidRDefault="001562E6">
            <w:pPr>
              <w:spacing w:after="0" w:line="240" w:lineRule="auto"/>
            </w:pPr>
          </w:p>
          <w:p w14:paraId="37AFA72A" w14:textId="77777777" w:rsidR="001562E6" w:rsidRDefault="001562E6">
            <w:pPr>
              <w:spacing w:after="0" w:line="240" w:lineRule="auto"/>
            </w:pPr>
          </w:p>
        </w:tc>
      </w:tr>
      <w:tr w:rsidR="001562E6" w14:paraId="39B6EC4A" w14:textId="77777777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9A995E4" w14:textId="77777777" w:rsidR="001562E6" w:rsidRDefault="00000000">
            <w:pPr>
              <w:spacing w:after="0" w:line="240" w:lineRule="auto"/>
            </w:pPr>
            <w:r>
              <w:t>お名前</w:t>
            </w:r>
          </w:p>
        </w:tc>
        <w:tc>
          <w:tcPr>
            <w:tcW w:w="64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9E82452" w14:textId="77777777" w:rsidR="001562E6" w:rsidRDefault="00000000">
            <w:pPr>
              <w:spacing w:after="0" w:line="240" w:lineRule="auto"/>
            </w:pPr>
            <w:r>
              <w:t xml:space="preserve">　　　　　　　　　　　　　　　　　　　　　　　　　</w:t>
            </w:r>
          </w:p>
          <w:p w14:paraId="29C6251F" w14:textId="77777777" w:rsidR="001562E6" w:rsidRDefault="001562E6">
            <w:pPr>
              <w:spacing w:after="0" w:line="240" w:lineRule="auto"/>
            </w:pPr>
          </w:p>
          <w:p w14:paraId="318AED1B" w14:textId="77777777" w:rsidR="001562E6" w:rsidRDefault="001562E6">
            <w:pPr>
              <w:spacing w:after="0" w:line="240" w:lineRule="auto"/>
            </w:pPr>
          </w:p>
        </w:tc>
      </w:tr>
      <w:tr w:rsidR="001562E6" w14:paraId="1FC0748E" w14:textId="77777777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993B7A9" w14:textId="77777777" w:rsidR="001562E6" w:rsidRDefault="00000000">
            <w:pPr>
              <w:spacing w:after="0" w:line="240" w:lineRule="auto"/>
            </w:pPr>
            <w:r>
              <w:t>生年月日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72F9B3FF" w14:textId="1AA7E3C8" w:rsidR="001562E6" w:rsidRDefault="00000000" w:rsidP="00114EAF">
            <w:pPr>
              <w:spacing w:after="0" w:line="240" w:lineRule="auto"/>
              <w:ind w:left="440" w:hangingChars="200" w:hanging="440"/>
            </w:pPr>
            <w:r>
              <w:t xml:space="preserve">　</w:t>
            </w:r>
            <w:r w:rsidR="00114EAF">
              <w:rPr>
                <w:rFonts w:hint="eastAsia"/>
                <w:lang w:eastAsia="ja-JP"/>
              </w:rPr>
              <w:t xml:space="preserve"> </w:t>
            </w:r>
            <w:r>
              <w:t>年　　月</w:t>
            </w:r>
            <w:r w:rsidR="00973A2B">
              <w:rPr>
                <w:rFonts w:hint="eastAsia"/>
                <w:lang w:eastAsia="ja-JP"/>
              </w:rPr>
              <w:t xml:space="preserve">　</w:t>
            </w:r>
            <w:r>
              <w:t xml:space="preserve">　日（　　歳）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707B2329" w14:textId="77777777" w:rsidR="001562E6" w:rsidRDefault="00000000">
            <w:pPr>
              <w:spacing w:after="0" w:line="240" w:lineRule="auto"/>
            </w:pPr>
            <w:r>
              <w:t>電話番号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F00E0E5" w14:textId="77777777" w:rsidR="001562E6" w:rsidRDefault="00000000">
            <w:pPr>
              <w:spacing w:after="0" w:line="240" w:lineRule="auto"/>
            </w:pPr>
            <w:r>
              <w:t xml:space="preserve">　　　　　　　　　　　　　</w:t>
            </w:r>
          </w:p>
        </w:tc>
      </w:tr>
      <w:tr w:rsidR="001562E6" w14:paraId="5850238D" w14:textId="77777777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59E81CF0" w14:textId="77777777" w:rsidR="00B540FA" w:rsidRDefault="00B540FA">
            <w:pPr>
              <w:spacing w:after="0" w:line="240" w:lineRule="auto"/>
              <w:rPr>
                <w:lang w:eastAsia="ja-JP"/>
              </w:rPr>
            </w:pPr>
          </w:p>
          <w:p w14:paraId="35442A60" w14:textId="2BE060A3" w:rsidR="001562E6" w:rsidRDefault="00000000">
            <w:pPr>
              <w:spacing w:after="0" w:line="240" w:lineRule="auto"/>
            </w:pPr>
            <w:proofErr w:type="spellStart"/>
            <w:r>
              <w:t>住所</w:t>
            </w:r>
            <w:proofErr w:type="spellEnd"/>
          </w:p>
        </w:tc>
        <w:tc>
          <w:tcPr>
            <w:tcW w:w="64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31A86F6" w14:textId="77777777" w:rsidR="001562E6" w:rsidRDefault="00000000">
            <w:pPr>
              <w:spacing w:after="0" w:line="240" w:lineRule="auto"/>
            </w:pPr>
            <w:r>
              <w:t xml:space="preserve">　　　　　　　　　　　　　　　　　　　　　　　　　</w:t>
            </w:r>
          </w:p>
          <w:p w14:paraId="6601CD9D" w14:textId="77777777" w:rsidR="00B540FA" w:rsidRDefault="00B540FA">
            <w:pPr>
              <w:spacing w:after="0" w:line="240" w:lineRule="auto"/>
              <w:rPr>
                <w:rFonts w:hint="eastAsia"/>
                <w:lang w:eastAsia="ja-JP"/>
              </w:rPr>
            </w:pPr>
          </w:p>
          <w:p w14:paraId="64F9A587" w14:textId="77777777" w:rsidR="001562E6" w:rsidRDefault="001562E6">
            <w:pPr>
              <w:spacing w:after="0" w:line="240" w:lineRule="auto"/>
            </w:pPr>
          </w:p>
        </w:tc>
      </w:tr>
      <w:tr w:rsidR="001562E6" w14:paraId="438EDE2F" w14:textId="77777777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570CD90" w14:textId="77777777" w:rsidR="001562E6" w:rsidRDefault="00000000">
            <w:pPr>
              <w:spacing w:after="0" w:line="240" w:lineRule="auto"/>
            </w:pPr>
            <w:r>
              <w:t>職業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38AD206" w14:textId="77777777" w:rsidR="001562E6" w:rsidRDefault="00000000">
            <w:pPr>
              <w:spacing w:after="0" w:line="240" w:lineRule="auto"/>
            </w:pPr>
            <w:r>
              <w:t xml:space="preserve">　　　　　　　　　　　　　　　　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FA7F950" w14:textId="77777777" w:rsidR="001562E6" w:rsidRDefault="00000000">
            <w:pPr>
              <w:spacing w:after="0" w:line="240" w:lineRule="auto"/>
            </w:pPr>
            <w:r>
              <w:t>本日の体調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A143055" w14:textId="77777777" w:rsidR="001562E6" w:rsidRDefault="00000000">
            <w:pPr>
              <w:spacing w:after="0" w:line="240" w:lineRule="auto"/>
              <w:rPr>
                <w:lang w:eastAsia="ja-JP"/>
              </w:rPr>
            </w:pPr>
            <w:r>
              <w:rPr>
                <w:lang w:eastAsia="ja-JP"/>
              </w:rPr>
              <w:t>□</w:t>
            </w:r>
            <w:r>
              <w:rPr>
                <w:lang w:eastAsia="ja-JP"/>
              </w:rPr>
              <w:t>良い</w:t>
            </w:r>
            <w:r>
              <w:rPr>
                <w:lang w:eastAsia="ja-JP"/>
              </w:rPr>
              <w:t xml:space="preserve"> □</w:t>
            </w:r>
            <w:r>
              <w:rPr>
                <w:lang w:eastAsia="ja-JP"/>
              </w:rPr>
              <w:t>普通</w:t>
            </w:r>
            <w:r>
              <w:rPr>
                <w:lang w:eastAsia="ja-JP"/>
              </w:rPr>
              <w:t xml:space="preserve"> □</w:t>
            </w:r>
            <w:r>
              <w:rPr>
                <w:lang w:eastAsia="ja-JP"/>
              </w:rPr>
              <w:t>あまり良くない</w:t>
            </w:r>
          </w:p>
        </w:tc>
      </w:tr>
    </w:tbl>
    <w:p w14:paraId="7B8F20AF" w14:textId="77777777" w:rsidR="00F53B32" w:rsidRDefault="00000000">
      <w:pPr>
        <w:rPr>
          <w:lang w:eastAsia="ja-JP"/>
        </w:rPr>
      </w:pPr>
      <w:r>
        <w:rPr>
          <w:b/>
          <w:lang w:eastAsia="ja-JP"/>
        </w:rPr>
        <w:t xml:space="preserve">■ </w:t>
      </w:r>
      <w:r>
        <w:rPr>
          <w:b/>
          <w:lang w:eastAsia="ja-JP"/>
        </w:rPr>
        <w:t>本日のお悩み</w:t>
      </w:r>
    </w:p>
    <w:p w14:paraId="3CE5D894" w14:textId="77777777" w:rsidR="00F53B32" w:rsidRDefault="00000000">
      <w:pPr>
        <w:rPr>
          <w:lang w:eastAsia="ja-JP"/>
        </w:rPr>
      </w:pPr>
      <w:r>
        <w:rPr>
          <w:lang w:eastAsia="ja-JP"/>
        </w:rPr>
        <w:t>どのような症状でお困りですか？</w:t>
      </w:r>
    </w:p>
    <w:p w14:paraId="58B27B1C" w14:textId="77777777" w:rsidR="00F53B32" w:rsidRDefault="00000000">
      <w:pPr>
        <w:rPr>
          <w:lang w:eastAsia="ja-JP"/>
        </w:rPr>
      </w:pPr>
      <w:r>
        <w:rPr>
          <w:lang w:eastAsia="ja-JP"/>
        </w:rPr>
        <w:t>________________________________________________________</w:t>
      </w:r>
    </w:p>
    <w:p w14:paraId="5229B6BD" w14:textId="77777777" w:rsidR="00F53B32" w:rsidRDefault="00000000">
      <w:pPr>
        <w:rPr>
          <w:lang w:eastAsia="ja-JP"/>
        </w:rPr>
      </w:pPr>
      <w:r>
        <w:rPr>
          <w:lang w:eastAsia="ja-JP"/>
        </w:rPr>
        <w:t>いつ頃からですか？</w:t>
      </w:r>
    </w:p>
    <w:p w14:paraId="25545B23" w14:textId="77777777" w:rsidR="00F53B32" w:rsidRDefault="00000000">
      <w:pPr>
        <w:rPr>
          <w:lang w:eastAsia="ja-JP"/>
        </w:rPr>
      </w:pPr>
      <w:r>
        <w:rPr>
          <w:lang w:eastAsia="ja-JP"/>
        </w:rPr>
        <w:t>________________________________________________________</w:t>
      </w:r>
    </w:p>
    <w:p w14:paraId="30390576" w14:textId="77777777" w:rsidR="00F53B32" w:rsidRDefault="00000000">
      <w:pPr>
        <w:rPr>
          <w:lang w:eastAsia="ja-JP"/>
        </w:rPr>
      </w:pPr>
      <w:r>
        <w:rPr>
          <w:lang w:eastAsia="ja-JP"/>
        </w:rPr>
        <w:t>現在つらい場所に</w:t>
      </w:r>
      <w:r>
        <w:rPr>
          <w:lang w:eastAsia="ja-JP"/>
        </w:rPr>
        <w:t>○</w:t>
      </w:r>
      <w:r>
        <w:rPr>
          <w:lang w:eastAsia="ja-JP"/>
        </w:rPr>
        <w:t>をつけてください</w:t>
      </w:r>
    </w:p>
    <w:p w14:paraId="21679DBC" w14:textId="4B6DE888" w:rsidR="001A0E2A" w:rsidRPr="001A0E2A" w:rsidRDefault="001A0E2A" w:rsidP="001A0E2A">
      <w:pPr>
        <w:rPr>
          <w:lang w:eastAsia="ja-JP"/>
        </w:rPr>
      </w:pPr>
      <w:r w:rsidRPr="001A0E2A">
        <w:rPr>
          <w:noProof/>
          <w:lang w:eastAsia="ja-JP"/>
        </w:rPr>
        <w:drawing>
          <wp:inline distT="0" distB="0" distL="0" distR="0" wp14:anchorId="5B6DE143" wp14:editId="09360E31">
            <wp:extent cx="2489200" cy="2756271"/>
            <wp:effectExtent l="0" t="0" r="6350" b="6350"/>
            <wp:docPr id="90700141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986" cy="2765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35F1B" w14:textId="16285D3B" w:rsidR="00F53B32" w:rsidRDefault="00F53B32">
      <w:pPr>
        <w:rPr>
          <w:lang w:eastAsia="ja-JP"/>
        </w:rPr>
      </w:pPr>
    </w:p>
    <w:p w14:paraId="1D890A6D" w14:textId="79CB1403" w:rsidR="00C76BBA" w:rsidRDefault="00000000">
      <w:pPr>
        <w:rPr>
          <w:lang w:eastAsia="ja-JP"/>
        </w:rPr>
      </w:pPr>
      <w:r>
        <w:rPr>
          <w:lang w:eastAsia="ja-JP"/>
        </w:rPr>
        <w:t>痛みの強さ（</w:t>
      </w:r>
      <w:r>
        <w:rPr>
          <w:lang w:eastAsia="ja-JP"/>
        </w:rPr>
        <w:t>0</w:t>
      </w:r>
      <w:r>
        <w:rPr>
          <w:lang w:eastAsia="ja-JP"/>
        </w:rPr>
        <w:t>〜</w:t>
      </w:r>
      <w:r>
        <w:rPr>
          <w:lang w:eastAsia="ja-JP"/>
        </w:rPr>
        <w:t>10</w:t>
      </w:r>
      <w:r>
        <w:rPr>
          <w:lang w:eastAsia="ja-JP"/>
        </w:rPr>
        <w:t xml:space="preserve">）　</w:t>
      </w:r>
      <w:r>
        <w:rPr>
          <w:lang w:eastAsia="ja-JP"/>
        </w:rPr>
        <w:t>0 1 2 3 4 5 6 7 8 9 10</w:t>
      </w:r>
    </w:p>
    <w:p w14:paraId="662CE20C" w14:textId="77777777" w:rsidR="001A0E2A" w:rsidRDefault="001A0E2A">
      <w:pPr>
        <w:rPr>
          <w:lang w:eastAsia="ja-JP"/>
        </w:rPr>
      </w:pPr>
    </w:p>
    <w:p w14:paraId="5399651D" w14:textId="77777777" w:rsidR="00F53B32" w:rsidRDefault="00000000">
      <w:pPr>
        <w:rPr>
          <w:lang w:eastAsia="ja-JP"/>
        </w:rPr>
      </w:pPr>
      <w:r>
        <w:rPr>
          <w:b/>
          <w:lang w:eastAsia="ja-JP"/>
        </w:rPr>
        <w:t xml:space="preserve">■ </w:t>
      </w:r>
      <w:r>
        <w:rPr>
          <w:b/>
          <w:lang w:eastAsia="ja-JP"/>
        </w:rPr>
        <w:t>症状の特徴</w:t>
      </w:r>
    </w:p>
    <w:p w14:paraId="3EC8F2BC" w14:textId="77777777" w:rsidR="00F53B32" w:rsidRDefault="00000000">
      <w:pPr>
        <w:rPr>
          <w:lang w:eastAsia="ja-JP"/>
        </w:rPr>
      </w:pPr>
      <w:r>
        <w:rPr>
          <w:lang w:eastAsia="ja-JP"/>
        </w:rPr>
        <w:t xml:space="preserve">痛みの種類　</w:t>
      </w:r>
      <w:r>
        <w:rPr>
          <w:lang w:eastAsia="ja-JP"/>
        </w:rPr>
        <w:t>□</w:t>
      </w:r>
      <w:r>
        <w:rPr>
          <w:lang w:eastAsia="ja-JP"/>
        </w:rPr>
        <w:t>ズキズキ</w:t>
      </w:r>
      <w:r>
        <w:rPr>
          <w:lang w:eastAsia="ja-JP"/>
        </w:rPr>
        <w:t xml:space="preserve"> □</w:t>
      </w:r>
      <w:r>
        <w:rPr>
          <w:lang w:eastAsia="ja-JP"/>
        </w:rPr>
        <w:t>重い</w:t>
      </w:r>
      <w:r>
        <w:rPr>
          <w:lang w:eastAsia="ja-JP"/>
        </w:rPr>
        <w:t xml:space="preserve"> □</w:t>
      </w:r>
      <w:r>
        <w:rPr>
          <w:lang w:eastAsia="ja-JP"/>
        </w:rPr>
        <w:t>鋭い</w:t>
      </w:r>
      <w:r>
        <w:rPr>
          <w:lang w:eastAsia="ja-JP"/>
        </w:rPr>
        <w:t xml:space="preserve"> □</w:t>
      </w:r>
      <w:r>
        <w:rPr>
          <w:lang w:eastAsia="ja-JP"/>
        </w:rPr>
        <w:t>しびれ</w:t>
      </w:r>
      <w:r>
        <w:rPr>
          <w:lang w:eastAsia="ja-JP"/>
        </w:rPr>
        <w:t xml:space="preserve"> □</w:t>
      </w:r>
      <w:r>
        <w:rPr>
          <w:lang w:eastAsia="ja-JP"/>
        </w:rPr>
        <w:t>張る</w:t>
      </w:r>
      <w:r>
        <w:rPr>
          <w:lang w:eastAsia="ja-JP"/>
        </w:rPr>
        <w:t xml:space="preserve"> □</w:t>
      </w:r>
      <w:r>
        <w:rPr>
          <w:lang w:eastAsia="ja-JP"/>
        </w:rPr>
        <w:t>だるい</w:t>
      </w:r>
      <w:r>
        <w:rPr>
          <w:lang w:eastAsia="ja-JP"/>
        </w:rPr>
        <w:t xml:space="preserve"> □</w:t>
      </w:r>
      <w:r>
        <w:rPr>
          <w:lang w:eastAsia="ja-JP"/>
        </w:rPr>
        <w:t>その他（　　　）</w:t>
      </w:r>
    </w:p>
    <w:p w14:paraId="3E14F109" w14:textId="77777777" w:rsidR="00F53B32" w:rsidRDefault="00000000">
      <w:pPr>
        <w:rPr>
          <w:lang w:eastAsia="ja-JP"/>
        </w:rPr>
      </w:pPr>
      <w:r>
        <w:rPr>
          <w:lang w:eastAsia="ja-JP"/>
        </w:rPr>
        <w:t xml:space="preserve">痛むタイミング　</w:t>
      </w:r>
      <w:r>
        <w:rPr>
          <w:lang w:eastAsia="ja-JP"/>
        </w:rPr>
        <w:t>□</w:t>
      </w:r>
      <w:r>
        <w:rPr>
          <w:lang w:eastAsia="ja-JP"/>
        </w:rPr>
        <w:t>朝</w:t>
      </w:r>
      <w:r>
        <w:rPr>
          <w:lang w:eastAsia="ja-JP"/>
        </w:rPr>
        <w:t xml:space="preserve"> □</w:t>
      </w:r>
      <w:r>
        <w:rPr>
          <w:lang w:eastAsia="ja-JP"/>
        </w:rPr>
        <w:t>日中</w:t>
      </w:r>
      <w:r>
        <w:rPr>
          <w:lang w:eastAsia="ja-JP"/>
        </w:rPr>
        <w:t xml:space="preserve"> □</w:t>
      </w:r>
      <w:r>
        <w:rPr>
          <w:lang w:eastAsia="ja-JP"/>
        </w:rPr>
        <w:t>仕事中</w:t>
      </w:r>
      <w:r>
        <w:rPr>
          <w:lang w:eastAsia="ja-JP"/>
        </w:rPr>
        <w:t xml:space="preserve"> □</w:t>
      </w:r>
      <w:r>
        <w:rPr>
          <w:lang w:eastAsia="ja-JP"/>
        </w:rPr>
        <w:t>運動時</w:t>
      </w:r>
      <w:r>
        <w:rPr>
          <w:lang w:eastAsia="ja-JP"/>
        </w:rPr>
        <w:t xml:space="preserve"> □</w:t>
      </w:r>
      <w:r>
        <w:rPr>
          <w:lang w:eastAsia="ja-JP"/>
        </w:rPr>
        <w:t>夜</w:t>
      </w:r>
      <w:r>
        <w:rPr>
          <w:lang w:eastAsia="ja-JP"/>
        </w:rPr>
        <w:t xml:space="preserve"> □</w:t>
      </w:r>
      <w:r>
        <w:rPr>
          <w:lang w:eastAsia="ja-JP"/>
        </w:rPr>
        <w:t>常に</w:t>
      </w:r>
    </w:p>
    <w:p w14:paraId="446FBED6" w14:textId="77777777" w:rsidR="00F53B32" w:rsidRDefault="00000000">
      <w:pPr>
        <w:rPr>
          <w:lang w:eastAsia="ja-JP"/>
        </w:rPr>
      </w:pPr>
      <w:r>
        <w:rPr>
          <w:b/>
          <w:lang w:eastAsia="ja-JP"/>
        </w:rPr>
        <w:t xml:space="preserve">■ </w:t>
      </w:r>
      <w:r>
        <w:rPr>
          <w:b/>
          <w:lang w:eastAsia="ja-JP"/>
        </w:rPr>
        <w:t>日常生活への影響</w:t>
      </w:r>
    </w:p>
    <w:p w14:paraId="0DF8E60C" w14:textId="1B11544F" w:rsidR="00F53B32" w:rsidRDefault="00000000">
      <w:pPr>
        <w:rPr>
          <w:lang w:eastAsia="ja-JP"/>
        </w:rPr>
      </w:pPr>
      <w:r>
        <w:rPr>
          <w:lang w:eastAsia="ja-JP"/>
        </w:rPr>
        <w:t xml:space="preserve">つらい動作　</w:t>
      </w:r>
      <w:r w:rsidR="00C76BBA">
        <w:rPr>
          <w:lang w:eastAsia="ja-JP"/>
        </w:rPr>
        <w:t>□</w:t>
      </w:r>
      <w:r w:rsidR="00C76BBA">
        <w:rPr>
          <w:lang w:eastAsia="ja-JP"/>
        </w:rPr>
        <w:t>寝返り</w:t>
      </w:r>
      <w:r>
        <w:rPr>
          <w:lang w:eastAsia="ja-JP"/>
        </w:rPr>
        <w:t>□</w:t>
      </w:r>
      <w:r>
        <w:rPr>
          <w:lang w:eastAsia="ja-JP"/>
        </w:rPr>
        <w:t>座る</w:t>
      </w:r>
      <w:r>
        <w:rPr>
          <w:lang w:eastAsia="ja-JP"/>
        </w:rPr>
        <w:t xml:space="preserve"> □</w:t>
      </w:r>
      <w:r>
        <w:rPr>
          <w:lang w:eastAsia="ja-JP"/>
        </w:rPr>
        <w:t>立つ</w:t>
      </w:r>
      <w:r>
        <w:rPr>
          <w:lang w:eastAsia="ja-JP"/>
        </w:rPr>
        <w:t xml:space="preserve"> □</w:t>
      </w:r>
      <w:r>
        <w:rPr>
          <w:lang w:eastAsia="ja-JP"/>
        </w:rPr>
        <w:t>歩く</w:t>
      </w:r>
      <w:r>
        <w:rPr>
          <w:lang w:eastAsia="ja-JP"/>
        </w:rPr>
        <w:t xml:space="preserve"> □</w:t>
      </w:r>
      <w:r>
        <w:rPr>
          <w:lang w:eastAsia="ja-JP"/>
        </w:rPr>
        <w:t>前かがみ</w:t>
      </w:r>
      <w:r>
        <w:rPr>
          <w:lang w:eastAsia="ja-JP"/>
        </w:rPr>
        <w:t xml:space="preserve"> □</w:t>
      </w:r>
      <w:r>
        <w:rPr>
          <w:lang w:eastAsia="ja-JP"/>
        </w:rPr>
        <w:t>振り向く</w:t>
      </w:r>
      <w:r>
        <w:rPr>
          <w:lang w:eastAsia="ja-JP"/>
        </w:rPr>
        <w:t xml:space="preserve"> □</w:t>
      </w:r>
      <w:r w:rsidR="00C76BBA">
        <w:rPr>
          <w:rFonts w:hint="eastAsia"/>
          <w:lang w:eastAsia="ja-JP"/>
        </w:rPr>
        <w:t>その他</w:t>
      </w:r>
    </w:p>
    <w:p w14:paraId="209E06B8" w14:textId="18B8B4E3" w:rsidR="00F53B32" w:rsidRDefault="00000000">
      <w:pPr>
        <w:rPr>
          <w:lang w:eastAsia="ja-JP"/>
        </w:rPr>
      </w:pPr>
      <w:r>
        <w:rPr>
          <w:lang w:eastAsia="ja-JP"/>
        </w:rPr>
        <w:t>困っている動作：</w:t>
      </w:r>
      <w:r>
        <w:rPr>
          <w:lang w:eastAsia="ja-JP"/>
        </w:rPr>
        <w:t>__________________________________</w:t>
      </w:r>
    </w:p>
    <w:p w14:paraId="519E70A6" w14:textId="77777777" w:rsidR="00C76BBA" w:rsidRDefault="00C76BBA">
      <w:pPr>
        <w:rPr>
          <w:lang w:eastAsia="ja-JP"/>
        </w:rPr>
      </w:pPr>
    </w:p>
    <w:p w14:paraId="697488B3" w14:textId="77777777" w:rsidR="00F53B32" w:rsidRDefault="00000000">
      <w:pPr>
        <w:rPr>
          <w:lang w:eastAsia="ja-JP"/>
        </w:rPr>
      </w:pPr>
      <w:r>
        <w:rPr>
          <w:b/>
          <w:lang w:eastAsia="ja-JP"/>
        </w:rPr>
        <w:t xml:space="preserve">■ </w:t>
      </w:r>
      <w:r>
        <w:rPr>
          <w:b/>
          <w:lang w:eastAsia="ja-JP"/>
        </w:rPr>
        <w:t>既往歴・治療歴</w:t>
      </w:r>
    </w:p>
    <w:p w14:paraId="36AD1C49" w14:textId="77777777" w:rsidR="00F53B32" w:rsidRDefault="00000000">
      <w:pPr>
        <w:rPr>
          <w:lang w:eastAsia="ja-JP"/>
        </w:rPr>
      </w:pPr>
      <w:r>
        <w:rPr>
          <w:lang w:eastAsia="ja-JP"/>
        </w:rPr>
        <w:t xml:space="preserve">これまで受けた治療　</w:t>
      </w:r>
      <w:r>
        <w:rPr>
          <w:lang w:eastAsia="ja-JP"/>
        </w:rPr>
        <w:t>□</w:t>
      </w:r>
      <w:r>
        <w:rPr>
          <w:lang w:eastAsia="ja-JP"/>
        </w:rPr>
        <w:t>病院</w:t>
      </w:r>
      <w:r>
        <w:rPr>
          <w:lang w:eastAsia="ja-JP"/>
        </w:rPr>
        <w:t xml:space="preserve"> □</w:t>
      </w:r>
      <w:r>
        <w:rPr>
          <w:lang w:eastAsia="ja-JP"/>
        </w:rPr>
        <w:t>整骨院</w:t>
      </w:r>
      <w:r>
        <w:rPr>
          <w:lang w:eastAsia="ja-JP"/>
        </w:rPr>
        <w:t xml:space="preserve"> □</w:t>
      </w:r>
      <w:r>
        <w:rPr>
          <w:lang w:eastAsia="ja-JP"/>
        </w:rPr>
        <w:t>整体</w:t>
      </w:r>
      <w:r>
        <w:rPr>
          <w:lang w:eastAsia="ja-JP"/>
        </w:rPr>
        <w:t xml:space="preserve"> □</w:t>
      </w:r>
      <w:r>
        <w:rPr>
          <w:lang w:eastAsia="ja-JP"/>
        </w:rPr>
        <w:t>マッサージ</w:t>
      </w:r>
      <w:r>
        <w:rPr>
          <w:lang w:eastAsia="ja-JP"/>
        </w:rPr>
        <w:t xml:space="preserve"> □</w:t>
      </w:r>
      <w:r>
        <w:rPr>
          <w:lang w:eastAsia="ja-JP"/>
        </w:rPr>
        <w:t>特になし</w:t>
      </w:r>
    </w:p>
    <w:p w14:paraId="2A22ED85" w14:textId="77777777" w:rsidR="00F53B32" w:rsidRDefault="00000000">
      <w:pPr>
        <w:rPr>
          <w:lang w:eastAsia="ja-JP"/>
        </w:rPr>
      </w:pPr>
      <w:r>
        <w:rPr>
          <w:lang w:eastAsia="ja-JP"/>
        </w:rPr>
        <w:t>過去のケガ・手術：</w:t>
      </w:r>
      <w:r>
        <w:rPr>
          <w:lang w:eastAsia="ja-JP"/>
        </w:rPr>
        <w:t>____________________________________</w:t>
      </w:r>
    </w:p>
    <w:p w14:paraId="18FEC85B" w14:textId="77777777" w:rsidR="00F53B32" w:rsidRDefault="00000000">
      <w:pPr>
        <w:rPr>
          <w:lang w:eastAsia="ja-JP"/>
        </w:rPr>
      </w:pPr>
      <w:r>
        <w:rPr>
          <w:lang w:eastAsia="ja-JP"/>
        </w:rPr>
        <w:t>現在服用している薬：</w:t>
      </w:r>
      <w:r>
        <w:rPr>
          <w:lang w:eastAsia="ja-JP"/>
        </w:rPr>
        <w:t>__________________________________</w:t>
      </w:r>
    </w:p>
    <w:p w14:paraId="01591804" w14:textId="77777777" w:rsidR="00F53B32" w:rsidRDefault="00000000">
      <w:pPr>
        <w:rPr>
          <w:lang w:eastAsia="ja-JP"/>
        </w:rPr>
      </w:pPr>
      <w:r>
        <w:rPr>
          <w:b/>
          <w:lang w:eastAsia="ja-JP"/>
        </w:rPr>
        <w:t xml:space="preserve">■ </w:t>
      </w:r>
      <w:r>
        <w:rPr>
          <w:b/>
          <w:lang w:eastAsia="ja-JP"/>
        </w:rPr>
        <w:t>生活習慣</w:t>
      </w:r>
    </w:p>
    <w:p w14:paraId="51FAF378" w14:textId="77777777" w:rsidR="00F53B32" w:rsidRDefault="00000000">
      <w:pPr>
        <w:rPr>
          <w:lang w:eastAsia="ja-JP"/>
        </w:rPr>
      </w:pPr>
      <w:r>
        <w:rPr>
          <w:lang w:eastAsia="ja-JP"/>
        </w:rPr>
        <w:t xml:space="preserve">仕事姿勢　</w:t>
      </w:r>
      <w:r>
        <w:rPr>
          <w:lang w:eastAsia="ja-JP"/>
        </w:rPr>
        <w:t>□</w:t>
      </w:r>
      <w:r>
        <w:rPr>
          <w:lang w:eastAsia="ja-JP"/>
        </w:rPr>
        <w:t>デスクワーク</w:t>
      </w:r>
      <w:r>
        <w:rPr>
          <w:lang w:eastAsia="ja-JP"/>
        </w:rPr>
        <w:t xml:space="preserve"> □</w:t>
      </w:r>
      <w:r>
        <w:rPr>
          <w:lang w:eastAsia="ja-JP"/>
        </w:rPr>
        <w:t>立ち仕事</w:t>
      </w:r>
      <w:r>
        <w:rPr>
          <w:lang w:eastAsia="ja-JP"/>
        </w:rPr>
        <w:t xml:space="preserve"> □</w:t>
      </w:r>
      <w:r>
        <w:rPr>
          <w:lang w:eastAsia="ja-JP"/>
        </w:rPr>
        <w:t>力仕事</w:t>
      </w:r>
    </w:p>
    <w:p w14:paraId="235B2E45" w14:textId="77777777" w:rsidR="00F53B32" w:rsidRDefault="00000000">
      <w:pPr>
        <w:rPr>
          <w:lang w:eastAsia="ja-JP"/>
        </w:rPr>
      </w:pPr>
      <w:r>
        <w:rPr>
          <w:lang w:eastAsia="ja-JP"/>
        </w:rPr>
        <w:t xml:space="preserve">運動習慣　</w:t>
      </w:r>
      <w:r>
        <w:rPr>
          <w:lang w:eastAsia="ja-JP"/>
        </w:rPr>
        <w:t>□</w:t>
      </w:r>
      <w:r>
        <w:rPr>
          <w:lang w:eastAsia="ja-JP"/>
        </w:rPr>
        <w:t>よくする</w:t>
      </w:r>
      <w:r>
        <w:rPr>
          <w:lang w:eastAsia="ja-JP"/>
        </w:rPr>
        <w:t xml:space="preserve"> □</w:t>
      </w:r>
      <w:r>
        <w:rPr>
          <w:lang w:eastAsia="ja-JP"/>
        </w:rPr>
        <w:t>ときどき</w:t>
      </w:r>
      <w:r>
        <w:rPr>
          <w:lang w:eastAsia="ja-JP"/>
        </w:rPr>
        <w:t xml:space="preserve"> □</w:t>
      </w:r>
      <w:r>
        <w:rPr>
          <w:lang w:eastAsia="ja-JP"/>
        </w:rPr>
        <w:t>ほとんどしない</w:t>
      </w:r>
    </w:p>
    <w:p w14:paraId="7C0ACCAD" w14:textId="77777777" w:rsidR="00F53B32" w:rsidRDefault="00000000">
      <w:pPr>
        <w:rPr>
          <w:lang w:eastAsia="ja-JP"/>
        </w:rPr>
      </w:pPr>
      <w:r>
        <w:rPr>
          <w:lang w:eastAsia="ja-JP"/>
        </w:rPr>
        <w:t xml:space="preserve">睡眠　</w:t>
      </w:r>
      <w:r>
        <w:rPr>
          <w:lang w:eastAsia="ja-JP"/>
        </w:rPr>
        <w:t>□</w:t>
      </w:r>
      <w:r>
        <w:rPr>
          <w:lang w:eastAsia="ja-JP"/>
        </w:rPr>
        <w:t>よく眠れる</w:t>
      </w:r>
      <w:r>
        <w:rPr>
          <w:lang w:eastAsia="ja-JP"/>
        </w:rPr>
        <w:t xml:space="preserve"> □</w:t>
      </w:r>
      <w:r>
        <w:rPr>
          <w:lang w:eastAsia="ja-JP"/>
        </w:rPr>
        <w:t>普通</w:t>
      </w:r>
      <w:r>
        <w:rPr>
          <w:lang w:eastAsia="ja-JP"/>
        </w:rPr>
        <w:t xml:space="preserve"> □</w:t>
      </w:r>
      <w:r>
        <w:rPr>
          <w:lang w:eastAsia="ja-JP"/>
        </w:rPr>
        <w:t>あまり眠れない</w:t>
      </w:r>
    </w:p>
    <w:p w14:paraId="455B1138" w14:textId="77777777" w:rsidR="00F53B32" w:rsidRDefault="00000000">
      <w:pPr>
        <w:rPr>
          <w:lang w:eastAsia="ja-JP"/>
        </w:rPr>
      </w:pPr>
      <w:r>
        <w:rPr>
          <w:b/>
          <w:lang w:eastAsia="ja-JP"/>
        </w:rPr>
        <w:t xml:space="preserve">■ </w:t>
      </w:r>
      <w:r>
        <w:rPr>
          <w:b/>
          <w:lang w:eastAsia="ja-JP"/>
        </w:rPr>
        <w:t>目標（どうなりたいですか？）</w:t>
      </w:r>
    </w:p>
    <w:p w14:paraId="51B05B4C" w14:textId="56208735" w:rsidR="00F53B32" w:rsidRDefault="00000000">
      <w:pPr>
        <w:rPr>
          <w:lang w:eastAsia="ja-JP"/>
        </w:rPr>
      </w:pPr>
      <w:r>
        <w:rPr>
          <w:lang w:eastAsia="ja-JP"/>
        </w:rPr>
        <w:t>例：痛みなく歩きたい</w:t>
      </w:r>
      <w:r>
        <w:rPr>
          <w:lang w:eastAsia="ja-JP"/>
        </w:rPr>
        <w:t xml:space="preserve"> / </w:t>
      </w:r>
      <w:r>
        <w:rPr>
          <w:lang w:eastAsia="ja-JP"/>
        </w:rPr>
        <w:t>仕事を楽にしたい</w:t>
      </w:r>
      <w:r>
        <w:rPr>
          <w:lang w:eastAsia="ja-JP"/>
        </w:rPr>
        <w:t xml:space="preserve"> / </w:t>
      </w:r>
      <w:r>
        <w:rPr>
          <w:lang w:eastAsia="ja-JP"/>
        </w:rPr>
        <w:t>スポーツ復帰</w:t>
      </w:r>
      <w:r w:rsidR="00C76BBA">
        <w:rPr>
          <w:rFonts w:hint="eastAsia"/>
          <w:lang w:eastAsia="ja-JP"/>
        </w:rPr>
        <w:t xml:space="preserve">　等</w:t>
      </w:r>
    </w:p>
    <w:p w14:paraId="75AB5729" w14:textId="77777777" w:rsidR="00F53B32" w:rsidRDefault="00000000">
      <w:pPr>
        <w:rPr>
          <w:lang w:eastAsia="ja-JP"/>
        </w:rPr>
      </w:pPr>
      <w:r>
        <w:rPr>
          <w:lang w:eastAsia="ja-JP"/>
        </w:rPr>
        <w:t>________________________________________________________</w:t>
      </w:r>
    </w:p>
    <w:p w14:paraId="493BB6F5" w14:textId="77777777" w:rsidR="00F53B32" w:rsidRDefault="00000000">
      <w:pPr>
        <w:rPr>
          <w:lang w:eastAsia="ja-JP"/>
        </w:rPr>
      </w:pPr>
      <w:r>
        <w:rPr>
          <w:b/>
          <w:lang w:eastAsia="ja-JP"/>
        </w:rPr>
        <w:t xml:space="preserve">■ </w:t>
      </w:r>
      <w:r>
        <w:rPr>
          <w:b/>
          <w:lang w:eastAsia="ja-JP"/>
        </w:rPr>
        <w:t>当院をどこで知りましたか？</w:t>
      </w:r>
    </w:p>
    <w:p w14:paraId="6DF31D42" w14:textId="004E490E" w:rsidR="00AC7827" w:rsidRDefault="00000000">
      <w:pPr>
        <w:rPr>
          <w:lang w:eastAsia="ja-JP"/>
        </w:rPr>
      </w:pPr>
      <w:r>
        <w:rPr>
          <w:lang w:eastAsia="ja-JP"/>
        </w:rPr>
        <w:t>□</w:t>
      </w:r>
      <w:r>
        <w:rPr>
          <w:lang w:eastAsia="ja-JP"/>
        </w:rPr>
        <w:t>紹介</w:t>
      </w:r>
      <w:r>
        <w:rPr>
          <w:lang w:eastAsia="ja-JP"/>
        </w:rPr>
        <w:t xml:space="preserve"> □</w:t>
      </w:r>
      <w:r>
        <w:rPr>
          <w:lang w:eastAsia="ja-JP"/>
        </w:rPr>
        <w:t>インターネット</w:t>
      </w:r>
      <w:r>
        <w:rPr>
          <w:lang w:eastAsia="ja-JP"/>
        </w:rPr>
        <w:t xml:space="preserve"> □Google</w:t>
      </w:r>
      <w:r>
        <w:rPr>
          <w:lang w:eastAsia="ja-JP"/>
        </w:rPr>
        <w:t>マップ</w:t>
      </w:r>
      <w:r>
        <w:rPr>
          <w:lang w:eastAsia="ja-JP"/>
        </w:rPr>
        <w:t xml:space="preserve"> □SNS </w:t>
      </w:r>
      <w:r w:rsidR="00AC7827">
        <w:rPr>
          <w:rFonts w:hint="eastAsia"/>
          <w:lang w:eastAsia="ja-JP"/>
        </w:rPr>
        <w:t>（　　　　）</w:t>
      </w:r>
    </w:p>
    <w:p w14:paraId="12E6A09C" w14:textId="34C468BE" w:rsidR="00F53B32" w:rsidRDefault="00000000">
      <w:pPr>
        <w:rPr>
          <w:lang w:eastAsia="ja-JP"/>
        </w:rPr>
      </w:pPr>
      <w:r>
        <w:rPr>
          <w:lang w:eastAsia="ja-JP"/>
        </w:rPr>
        <w:t>□</w:t>
      </w:r>
      <w:r>
        <w:rPr>
          <w:lang w:eastAsia="ja-JP"/>
        </w:rPr>
        <w:t>看板</w:t>
      </w:r>
      <w:r>
        <w:rPr>
          <w:lang w:eastAsia="ja-JP"/>
        </w:rPr>
        <w:t xml:space="preserve"> □</w:t>
      </w:r>
      <w:r>
        <w:rPr>
          <w:lang w:eastAsia="ja-JP"/>
        </w:rPr>
        <w:t>その他（　　　　）</w:t>
      </w:r>
    </w:p>
    <w:sectPr w:rsidR="00F53B3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8BD17" w14:textId="77777777" w:rsidR="001F3347" w:rsidRDefault="001F3347" w:rsidP="00114EAF">
      <w:pPr>
        <w:spacing w:after="0" w:line="240" w:lineRule="auto"/>
      </w:pPr>
      <w:r>
        <w:separator/>
      </w:r>
    </w:p>
  </w:endnote>
  <w:endnote w:type="continuationSeparator" w:id="0">
    <w:p w14:paraId="60971076" w14:textId="77777777" w:rsidR="001F3347" w:rsidRDefault="001F3347" w:rsidP="00114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747F4" w14:textId="77777777" w:rsidR="001F3347" w:rsidRDefault="001F3347" w:rsidP="00114EAF">
      <w:pPr>
        <w:spacing w:after="0" w:line="240" w:lineRule="auto"/>
      </w:pPr>
      <w:r>
        <w:separator/>
      </w:r>
    </w:p>
  </w:footnote>
  <w:footnote w:type="continuationSeparator" w:id="0">
    <w:p w14:paraId="1D16455A" w14:textId="77777777" w:rsidR="001F3347" w:rsidRDefault="001F3347" w:rsidP="00114E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8028250">
    <w:abstractNumId w:val="8"/>
  </w:num>
  <w:num w:numId="2" w16cid:durableId="1632129742">
    <w:abstractNumId w:val="6"/>
  </w:num>
  <w:num w:numId="3" w16cid:durableId="981691861">
    <w:abstractNumId w:val="5"/>
  </w:num>
  <w:num w:numId="4" w16cid:durableId="2116628419">
    <w:abstractNumId w:val="4"/>
  </w:num>
  <w:num w:numId="5" w16cid:durableId="149449155">
    <w:abstractNumId w:val="7"/>
  </w:num>
  <w:num w:numId="6" w16cid:durableId="1859191906">
    <w:abstractNumId w:val="3"/>
  </w:num>
  <w:num w:numId="7" w16cid:durableId="1363018887">
    <w:abstractNumId w:val="2"/>
  </w:num>
  <w:num w:numId="8" w16cid:durableId="1108355869">
    <w:abstractNumId w:val="1"/>
  </w:num>
  <w:num w:numId="9" w16cid:durableId="206181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3531"/>
    <w:rsid w:val="00114EAF"/>
    <w:rsid w:val="00150133"/>
    <w:rsid w:val="0015074B"/>
    <w:rsid w:val="001562E6"/>
    <w:rsid w:val="001A0E2A"/>
    <w:rsid w:val="001F3347"/>
    <w:rsid w:val="0029639D"/>
    <w:rsid w:val="00326F90"/>
    <w:rsid w:val="008F169D"/>
    <w:rsid w:val="00973A2B"/>
    <w:rsid w:val="00AA1D8D"/>
    <w:rsid w:val="00AC7827"/>
    <w:rsid w:val="00B47730"/>
    <w:rsid w:val="00B540FA"/>
    <w:rsid w:val="00C76BBA"/>
    <w:rsid w:val="00CB0664"/>
    <w:rsid w:val="00F53B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3AFDFF"/>
  <w14:defaultImageDpi w14:val="300"/>
  <w15:docId w15:val="{A8A1A6A9-4F8B-40F7-B884-3594D2CFE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152</Words>
  <Characters>867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史也 日野</cp:lastModifiedBy>
  <cp:revision>7</cp:revision>
  <cp:lastPrinted>2026-08-23T09:46:00Z</cp:lastPrinted>
  <dcterms:created xsi:type="dcterms:W3CDTF">2026-04-03T09:12:00Z</dcterms:created>
  <dcterms:modified xsi:type="dcterms:W3CDTF">2026-08-23T09:48:00Z</dcterms:modified>
  <cp:category/>
</cp:coreProperties>
</file>